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959A" w14:textId="75BA5138" w:rsidR="00551A95" w:rsidRPr="002F7D28" w:rsidRDefault="002F7D28" w:rsidP="002F7D28">
      <w:pPr>
        <w:spacing w:after="0"/>
        <w:jc w:val="center"/>
      </w:pPr>
      <w:r w:rsidRPr="002F7D28">
        <w:rPr>
          <w:b/>
          <w:color w:val="1F3A5F"/>
          <w:sz w:val="40"/>
        </w:rPr>
        <w:t>Formulár na vytknutie vady produktu</w:t>
      </w:r>
    </w:p>
    <w:p w14:paraId="090CAE19" w14:textId="77777777" w:rsidR="002F7D28" w:rsidRPr="002F7D28" w:rsidRDefault="002F7D28" w:rsidP="002F7D28">
      <w:pPr>
        <w:spacing w:after="0" w:line="269" w:lineRule="auto"/>
        <w:jc w:val="center"/>
        <w:rPr>
          <w:color w:val="64748B"/>
          <w:sz w:val="20"/>
        </w:rPr>
      </w:pPr>
    </w:p>
    <w:p w14:paraId="0D92BF23" w14:textId="6B8D7427" w:rsidR="00551A95" w:rsidRPr="002F7D28" w:rsidRDefault="00581A2E" w:rsidP="002F7D28">
      <w:pPr>
        <w:spacing w:after="0" w:line="360" w:lineRule="auto"/>
        <w:jc w:val="center"/>
      </w:pPr>
      <w:r w:rsidRPr="002F7D28">
        <w:rPr>
          <w:color w:val="64748B"/>
          <w:sz w:val="20"/>
        </w:rPr>
        <w:t xml:space="preserve">Tento formulár vyplňte a zašlite, ak si želáte vytknúť vadu produktu zakúpeného prostredníctvom </w:t>
      </w:r>
      <w:r w:rsidR="002F7D28" w:rsidRPr="002F7D28">
        <w:rPr>
          <w:color w:val="64748B"/>
          <w:sz w:val="20"/>
        </w:rPr>
        <w:t xml:space="preserve">nášho </w:t>
      </w:r>
      <w:r w:rsidR="002F7D28">
        <w:rPr>
          <w:color w:val="64748B"/>
          <w:sz w:val="20"/>
        </w:rPr>
        <w:t>e-shopu</w:t>
      </w:r>
    </w:p>
    <w:p w14:paraId="51BB606E" w14:textId="77777777" w:rsidR="00551A95" w:rsidRDefault="00581A2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Identifikácia obchodníka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551A95" w14:paraId="5E98C313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6F3714" w14:textId="15E23B9A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Obchodné meno</w:t>
            </w:r>
          </w:p>
          <w:p w14:paraId="71A0A8F1" w14:textId="01358706" w:rsidR="00551A95" w:rsidRDefault="000A627C">
            <w:pPr>
              <w:pBdr>
                <w:bottom w:val="single" w:sz="4" w:space="2" w:color="D9E2EF"/>
              </w:pBdr>
              <w:spacing w:after="160"/>
            </w:pPr>
            <w:r>
              <w:t>Servis runar sro</w:t>
            </w: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7E2BF9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Web / e-shop</w:t>
            </w:r>
          </w:p>
          <w:p w14:paraId="7269C433" w14:textId="4FF5D07A" w:rsidR="00551A95" w:rsidRDefault="000A627C">
            <w:pPr>
              <w:pBdr>
                <w:bottom w:val="single" w:sz="4" w:space="2" w:color="D9E2EF"/>
              </w:pBdr>
              <w:spacing w:after="160"/>
            </w:pPr>
            <w:r>
              <w:t>www.servisrunarsro.sk</w:t>
            </w:r>
          </w:p>
        </w:tc>
      </w:tr>
      <w:tr w:rsidR="00551A95" w14:paraId="4BF014E7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809522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Sídlo / miesto podnikania</w:t>
            </w:r>
          </w:p>
          <w:p w14:paraId="50E5FC09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02D870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E-mail / telefón</w:t>
            </w:r>
          </w:p>
          <w:p w14:paraId="6235FB21" w14:textId="51E33ED6" w:rsidR="00551A95" w:rsidRDefault="000A627C">
            <w:pPr>
              <w:pBdr>
                <w:bottom w:val="single" w:sz="4" w:space="2" w:color="D9E2EF"/>
              </w:pBdr>
              <w:spacing w:after="160"/>
            </w:pPr>
            <w:r>
              <w:t>+421948580056</w:t>
            </w:r>
          </w:p>
        </w:tc>
      </w:tr>
      <w:tr w:rsidR="00551A95" w14:paraId="789CA7ED" w14:textId="77777777">
        <w:trPr>
          <w:jc w:val="center"/>
        </w:trPr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5EBBAE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IČO</w:t>
            </w:r>
          </w:p>
          <w:p w14:paraId="5152F347" w14:textId="46A1E9C3" w:rsidR="00551A95" w:rsidRDefault="000A627C">
            <w:pPr>
              <w:pBdr>
                <w:bottom w:val="single" w:sz="4" w:space="2" w:color="D9E2EF"/>
              </w:pBdr>
              <w:spacing w:after="160"/>
            </w:pPr>
            <w:r>
              <w:t>51244438</w:t>
            </w: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4BC84D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DIČ</w:t>
            </w:r>
          </w:p>
          <w:p w14:paraId="5450262F" w14:textId="7E422C51" w:rsidR="00551A95" w:rsidRDefault="000A627C">
            <w:pPr>
              <w:pBdr>
                <w:bottom w:val="single" w:sz="4" w:space="2" w:color="D9E2EF"/>
              </w:pBdr>
              <w:spacing w:after="160"/>
            </w:pPr>
            <w:r>
              <w:t>2120648772</w:t>
            </w: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D5CECA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IČ DPH</w:t>
            </w:r>
          </w:p>
          <w:p w14:paraId="226ADC93" w14:textId="11539710" w:rsidR="00551A95" w:rsidRDefault="000A627C">
            <w:pPr>
              <w:pBdr>
                <w:bottom w:val="single" w:sz="4" w:space="2" w:color="D9E2EF"/>
              </w:pBdr>
              <w:spacing w:after="160"/>
            </w:pPr>
            <w:r>
              <w:t>SK2120648772</w:t>
            </w:r>
          </w:p>
        </w:tc>
      </w:tr>
    </w:tbl>
    <w:p w14:paraId="2CE3159A" w14:textId="77777777" w:rsidR="00551A95" w:rsidRDefault="00581A2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Údaje kupujúceho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68"/>
        <w:gridCol w:w="3469"/>
        <w:gridCol w:w="3469"/>
      </w:tblGrid>
      <w:tr w:rsidR="00551A95" w14:paraId="74BDA661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C07B01" w14:textId="7114AE46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 xml:space="preserve">Meno a priezvisko / </w:t>
            </w:r>
            <w:r w:rsidR="002F7D28">
              <w:rPr>
                <w:b/>
                <w:color w:val="64748B"/>
                <w:sz w:val="17"/>
              </w:rPr>
              <w:t>Obchodné meno</w:t>
            </w:r>
          </w:p>
          <w:p w14:paraId="593BA8D5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0C8DA8E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Telefón (nepovinné)</w:t>
            </w:r>
          </w:p>
          <w:p w14:paraId="14755800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551A95" w14:paraId="0D3C27CC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A4C1CA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Ulica a číslo / sídlo / adresa podnikania</w:t>
            </w:r>
          </w:p>
          <w:p w14:paraId="0DAB2140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2756EF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E-mail (nepovinné)</w:t>
            </w:r>
          </w:p>
          <w:p w14:paraId="753F01FC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551A95" w14:paraId="64C0AF54" w14:textId="77777777">
        <w:trPr>
          <w:jc w:val="center"/>
        </w:trPr>
        <w:tc>
          <w:tcPr>
            <w:tcW w:w="6778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CF6B57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PSČ a mesto</w:t>
            </w:r>
          </w:p>
          <w:p w14:paraId="4B55C537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7BBC4D" w14:textId="45546A65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Poznámka</w:t>
            </w:r>
          </w:p>
          <w:p w14:paraId="09F3B057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551A95" w14:paraId="467E1ED2" w14:textId="77777777">
        <w:trPr>
          <w:jc w:val="center"/>
        </w:trPr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130C6C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Pri podnikateľovi: IČO</w:t>
            </w:r>
          </w:p>
          <w:p w14:paraId="28D05C15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696B18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DIČ</w:t>
            </w:r>
          </w:p>
          <w:p w14:paraId="533E4CE9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3389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1974A4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IČ DPH</w:t>
            </w:r>
          </w:p>
          <w:p w14:paraId="239C83EF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6F714490" w14:textId="77777777" w:rsidR="00551A95" w:rsidRDefault="00581A2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Reklamovaný produkt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03"/>
        <w:gridCol w:w="5203"/>
      </w:tblGrid>
      <w:tr w:rsidR="00551A95" w14:paraId="282849C5" w14:textId="77777777">
        <w:trPr>
          <w:jc w:val="center"/>
        </w:trPr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604631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Číslo objednávky</w:t>
            </w:r>
          </w:p>
          <w:p w14:paraId="7371A5A2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EC1DE7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Názov produktu / typ produktu</w:t>
            </w:r>
          </w:p>
          <w:p w14:paraId="2244100B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551A95" w14:paraId="566ABA92" w14:textId="77777777">
        <w:trPr>
          <w:jc w:val="center"/>
        </w:trPr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A2C0E4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Dátum zistenia vady</w:t>
            </w:r>
          </w:p>
          <w:p w14:paraId="7ACEB8C0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  <w:tc>
          <w:tcPr>
            <w:tcW w:w="5083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929A5B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Dátum zakúpenia a dátum dodania produktu</w:t>
            </w:r>
          </w:p>
          <w:p w14:paraId="7E387197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  <w:tr w:rsidR="00551A95" w14:paraId="384A641B" w14:textId="77777777" w:rsidTr="002F7D28">
        <w:trPr>
          <w:trHeight w:val="18"/>
          <w:jc w:val="center"/>
        </w:trPr>
        <w:tc>
          <w:tcPr>
            <w:tcW w:w="10166" w:type="dxa"/>
            <w:gridSpan w:val="2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78451AC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Popis vady / predmet vytknutia vady</w:t>
            </w:r>
          </w:p>
          <w:p w14:paraId="0A3E1D23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  <w:p w14:paraId="0BF07F8A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  <w:p w14:paraId="245990F9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  <w:p w14:paraId="1B1B7102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  <w:p w14:paraId="06CB1752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18EF25F2" w14:textId="77777777" w:rsidR="00551A95" w:rsidRDefault="00581A2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lastRenderedPageBreak/>
        <w:t>Navrhovaný spôsob vybavenia reklamácie</w:t>
      </w:r>
    </w:p>
    <w:p w14:paraId="298F68FE" w14:textId="77777777" w:rsidR="00551A95" w:rsidRDefault="00581A2E">
      <w:pPr>
        <w:spacing w:after="40" w:line="269" w:lineRule="auto"/>
      </w:pPr>
      <w:r>
        <w:rPr>
          <w:sz w:val="20"/>
        </w:rPr>
        <w:t>Navrhujem, aby moja reklamácia bola vybavená nasledujúcim spôsobom (požadované označte):</w:t>
      </w:r>
    </w:p>
    <w:p w14:paraId="7DBB94F6" w14:textId="77777777" w:rsidR="00551A95" w:rsidRDefault="00581A2E">
      <w:pPr>
        <w:spacing w:after="100"/>
      </w:pPr>
      <w:r>
        <w:t>☐ Výmena tovaru    ☐ Oprava tovaru    ☐ Iné (uveďte): ............................................................</w:t>
      </w:r>
    </w:p>
    <w:p w14:paraId="204EA684" w14:textId="77777777" w:rsidR="00551A95" w:rsidRDefault="00581A2E">
      <w:pPr>
        <w:spacing w:after="120" w:line="269" w:lineRule="auto"/>
      </w:pPr>
      <w:r>
        <w:rPr>
          <w:color w:val="64748B"/>
          <w:sz w:val="19"/>
        </w:rPr>
        <w:t>V prípade, ak bude reklamácia vybavená vrátením peňazí, Vaše peniaze Vám vrátime rovnakým spôsobom, aký ste použili pri platbe. Tým ale nie je dotknuté Vaše právo dohodnúť sa s nami o inom spôsobe vrátenia peňazí.</w:t>
      </w:r>
    </w:p>
    <w:p w14:paraId="0456E741" w14:textId="77777777" w:rsidR="00551A95" w:rsidRDefault="00581A2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Vrátenie zaplatenej ceny</w:t>
      </w:r>
    </w:p>
    <w:p w14:paraId="14F25F2A" w14:textId="77777777" w:rsidR="00551A95" w:rsidRDefault="00581A2E">
      <w:pPr>
        <w:spacing w:after="40" w:line="269" w:lineRule="auto"/>
      </w:pPr>
      <w:r>
        <w:rPr>
          <w:b/>
          <w:sz w:val="20"/>
        </w:rPr>
        <w:t>Zaplatenú cenu za produkt žiadam vrátiť:</w:t>
      </w:r>
    </w:p>
    <w:p w14:paraId="31398ABA" w14:textId="77777777" w:rsidR="00551A95" w:rsidRDefault="00581A2E">
      <w:pPr>
        <w:spacing w:after="100"/>
      </w:pPr>
      <w:r>
        <w:t>☐ Spôsobom, aký som použil/a pri platbe za produkt</w:t>
      </w:r>
    </w:p>
    <w:p w14:paraId="078BCB74" w14:textId="77777777" w:rsidR="00551A95" w:rsidRDefault="00581A2E">
      <w:pPr>
        <w:spacing w:after="100"/>
      </w:pPr>
      <w:r>
        <w:t>☐ Iným spôsobom: ........................................................................................................</w:t>
      </w:r>
    </w:p>
    <w:p w14:paraId="1908D85E" w14:textId="77777777" w:rsidR="00551A95" w:rsidRDefault="00581A2E">
      <w:pPr>
        <w:spacing w:after="40" w:line="269" w:lineRule="auto"/>
      </w:pPr>
      <w:r>
        <w:rPr>
          <w:sz w:val="20"/>
        </w:rPr>
        <w:t>Zaplatenú cenu za produkt žiadam vrátiť na účet IBAN: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551A95" w14:paraId="319B2562" w14:textId="77777777">
        <w:trPr>
          <w:jc w:val="center"/>
        </w:trPr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3613C9C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445ED176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04967CD4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1C3F8624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4C09E49A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3293B366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67562685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6F10ADAE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6DE3E598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5AEBDBF2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2561CA20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33940717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50E0D28C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5BFA32DA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287DC7EA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7C6B1300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32C4F3A4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48C3B22B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1697026D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3A44CB2B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7C32F39B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49B869FC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42C6B8F2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424" w:type="dxa"/>
            <w:tcBorders>
              <w:top w:val="single" w:sz="6" w:space="0" w:color="D9E2EF"/>
              <w:left w:val="single" w:sz="6" w:space="0" w:color="D9E2EF"/>
              <w:bottom w:val="single" w:sz="6" w:space="0" w:color="D9E2EF"/>
              <w:right w:val="single" w:sz="6" w:space="0" w:color="D9E2EF"/>
            </w:tcBorders>
            <w:shd w:val="clear" w:color="auto" w:fill="FBFDFF"/>
            <w:tcMar>
              <w:top w:w="35" w:type="dxa"/>
              <w:left w:w="20" w:type="dxa"/>
              <w:bottom w:w="35" w:type="dxa"/>
              <w:right w:w="20" w:type="dxa"/>
            </w:tcMar>
          </w:tcPr>
          <w:p w14:paraId="5CB1F1EE" w14:textId="77777777" w:rsidR="00551A95" w:rsidRDefault="00581A2E">
            <w:pPr>
              <w:spacing w:after="0"/>
              <w:jc w:val="center"/>
            </w:pPr>
            <w:r>
              <w:t xml:space="preserve"> </w:t>
            </w:r>
          </w:p>
        </w:tc>
      </w:tr>
    </w:tbl>
    <w:p w14:paraId="27F5E5FD" w14:textId="1D79DCD9" w:rsidR="00551A95" w:rsidRDefault="00551A95">
      <w:pPr>
        <w:spacing w:after="8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06"/>
      </w:tblGrid>
      <w:tr w:rsidR="00551A95" w14:paraId="7C64E073" w14:textId="77777777">
        <w:trPr>
          <w:jc w:val="center"/>
        </w:trPr>
        <w:tc>
          <w:tcPr>
            <w:tcW w:w="10166" w:type="dxa"/>
            <w:tcBorders>
              <w:top w:val="single" w:sz="8" w:space="0" w:color="D9E2EF"/>
              <w:left w:val="single" w:sz="8" w:space="0" w:color="D9E2EF"/>
              <w:bottom w:val="single" w:sz="8" w:space="0" w:color="D9E2EF"/>
              <w:right w:val="single" w:sz="8" w:space="0" w:color="D9E2EF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84D608" w14:textId="77777777" w:rsidR="00551A95" w:rsidRDefault="00581A2E">
            <w:pPr>
              <w:spacing w:after="60"/>
            </w:pPr>
            <w:r>
              <w:rPr>
                <w:b/>
                <w:color w:val="64748B"/>
                <w:sz w:val="17"/>
              </w:rPr>
              <w:t>Meno držiteľa bankového účtu pre verifikáciu platby (nepovinné)</w:t>
            </w:r>
          </w:p>
          <w:p w14:paraId="4613B072" w14:textId="77777777" w:rsidR="00551A95" w:rsidRDefault="00551A95">
            <w:pPr>
              <w:pBdr>
                <w:bottom w:val="single" w:sz="4" w:space="2" w:color="D9E2EF"/>
              </w:pBdr>
              <w:spacing w:after="160"/>
            </w:pPr>
          </w:p>
        </w:tc>
      </w:tr>
    </w:tbl>
    <w:p w14:paraId="45039037" w14:textId="77777777" w:rsidR="00551A95" w:rsidRDefault="00581A2E">
      <w:pPr>
        <w:pBdr>
          <w:left w:val="single" w:sz="16" w:space="6" w:color="2F6FED"/>
        </w:pBdr>
        <w:shd w:val="clear" w:color="auto" w:fill="EEF5FF"/>
        <w:spacing w:before="180" w:after="100"/>
      </w:pPr>
      <w:r>
        <w:rPr>
          <w:b/>
          <w:color w:val="1F3A5F"/>
          <w:sz w:val="24"/>
        </w:rPr>
        <w:t>Dátum a podpis</w:t>
      </w:r>
    </w:p>
    <w:p w14:paraId="34C0724F" w14:textId="77777777" w:rsidR="00551A95" w:rsidRDefault="00551A95">
      <w:pPr>
        <w:spacing w:before="40" w:after="80"/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163"/>
        <w:gridCol w:w="5163"/>
      </w:tblGrid>
      <w:tr w:rsidR="00551A95" w14:paraId="7A62E151" w14:textId="77777777">
        <w:trPr>
          <w:jc w:val="center"/>
        </w:trPr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bottom"/>
          </w:tcPr>
          <w:p w14:paraId="55EE22DB" w14:textId="77777777" w:rsidR="00551A95" w:rsidRDefault="00581A2E">
            <w:pPr>
              <w:spacing w:after="40"/>
            </w:pPr>
            <w:r>
              <w:rPr>
                <w:b/>
                <w:color w:val="64748B"/>
                <w:sz w:val="17"/>
              </w:rPr>
              <w:t>V / miesto</w:t>
            </w:r>
          </w:p>
          <w:p w14:paraId="2BBC0373" w14:textId="77777777" w:rsidR="00551A95" w:rsidRDefault="00551A95">
            <w:pPr>
              <w:pBdr>
                <w:bottom w:val="single" w:sz="8" w:space="2" w:color="D9E2EF"/>
              </w:pBdr>
              <w:spacing w:after="160"/>
            </w:pP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bottom"/>
          </w:tcPr>
          <w:p w14:paraId="66DD2F16" w14:textId="77777777" w:rsidR="00551A95" w:rsidRDefault="00581A2E">
            <w:pPr>
              <w:spacing w:after="40"/>
            </w:pPr>
            <w:r>
              <w:rPr>
                <w:b/>
                <w:color w:val="64748B"/>
                <w:sz w:val="17"/>
              </w:rPr>
              <w:t>Dňa</w:t>
            </w:r>
          </w:p>
          <w:p w14:paraId="4E6456CD" w14:textId="77777777" w:rsidR="00551A95" w:rsidRDefault="00551A95">
            <w:pPr>
              <w:pBdr>
                <w:bottom w:val="single" w:sz="8" w:space="2" w:color="D9E2EF"/>
              </w:pBdr>
              <w:spacing w:after="160"/>
            </w:pPr>
          </w:p>
        </w:tc>
      </w:tr>
      <w:tr w:rsidR="00551A95" w14:paraId="4B77CB10" w14:textId="77777777">
        <w:trPr>
          <w:jc w:val="center"/>
        </w:trPr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bottom"/>
          </w:tcPr>
          <w:p w14:paraId="3E6AE161" w14:textId="77777777" w:rsidR="00551A95" w:rsidRDefault="00551A95"/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bottom"/>
          </w:tcPr>
          <w:p w14:paraId="255510F2" w14:textId="77777777" w:rsidR="00551A95" w:rsidRDefault="00551A95"/>
        </w:tc>
      </w:tr>
      <w:tr w:rsidR="00551A95" w14:paraId="0C519A7E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bottom"/>
          </w:tcPr>
          <w:p w14:paraId="4DB5F2AA" w14:textId="77777777" w:rsidR="00551A95" w:rsidRDefault="00581A2E">
            <w:pPr>
              <w:spacing w:before="160" w:after="80"/>
            </w:pPr>
            <w:r>
              <w:rPr>
                <w:b/>
                <w:color w:val="64748B"/>
                <w:sz w:val="17"/>
              </w:rPr>
              <w:t>Podpis kupujúceho</w:t>
            </w:r>
          </w:p>
          <w:p w14:paraId="582B3308" w14:textId="77777777" w:rsidR="00551A95" w:rsidRDefault="00551A95">
            <w:pPr>
              <w:pBdr>
                <w:bottom w:val="single" w:sz="8" w:space="2" w:color="D9E2EF"/>
              </w:pBdr>
              <w:spacing w:after="40"/>
            </w:pPr>
          </w:p>
        </w:tc>
      </w:tr>
      <w:tr w:rsidR="00551A95" w14:paraId="7737CAFF" w14:textId="77777777">
        <w:trPr>
          <w:jc w:val="center"/>
        </w:trPr>
        <w:tc>
          <w:tcPr>
            <w:tcW w:w="101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bottom"/>
          </w:tcPr>
          <w:p w14:paraId="31A08C6C" w14:textId="77777777" w:rsidR="00551A95" w:rsidRDefault="00581A2E">
            <w:pPr>
              <w:spacing w:after="0"/>
              <w:jc w:val="center"/>
            </w:pPr>
            <w:r>
              <w:rPr>
                <w:i/>
                <w:color w:val="64748B"/>
                <w:sz w:val="18"/>
              </w:rPr>
              <w:t>(ak sa tento formulár podáva v listinnej podobe)</w:t>
            </w:r>
          </w:p>
        </w:tc>
      </w:tr>
    </w:tbl>
    <w:p w14:paraId="32738895" w14:textId="77777777" w:rsidR="00581A2E" w:rsidRDefault="00581A2E"/>
    <w:sectPr w:rsidR="00581A2E" w:rsidSect="00034616">
      <w:footerReference w:type="default" r:id="rId8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BB134" w14:textId="77777777" w:rsidR="002853A8" w:rsidRDefault="002853A8">
      <w:pPr>
        <w:spacing w:after="0" w:line="240" w:lineRule="auto"/>
      </w:pPr>
      <w:r>
        <w:separator/>
      </w:r>
    </w:p>
  </w:endnote>
  <w:endnote w:type="continuationSeparator" w:id="0">
    <w:p w14:paraId="1DB5D060" w14:textId="77777777" w:rsidR="002853A8" w:rsidRDefault="0028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43CB" w14:textId="2E2B151E" w:rsidR="00551A95" w:rsidRDefault="00551A9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74799" w14:textId="77777777" w:rsidR="002853A8" w:rsidRDefault="002853A8">
      <w:pPr>
        <w:spacing w:after="0" w:line="240" w:lineRule="auto"/>
      </w:pPr>
      <w:r>
        <w:separator/>
      </w:r>
    </w:p>
  </w:footnote>
  <w:footnote w:type="continuationSeparator" w:id="0">
    <w:p w14:paraId="2BD8F943" w14:textId="77777777" w:rsidR="002853A8" w:rsidRDefault="0028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3673273">
    <w:abstractNumId w:val="8"/>
  </w:num>
  <w:num w:numId="2" w16cid:durableId="73551166">
    <w:abstractNumId w:val="6"/>
  </w:num>
  <w:num w:numId="3" w16cid:durableId="928579913">
    <w:abstractNumId w:val="5"/>
  </w:num>
  <w:num w:numId="4" w16cid:durableId="1587300282">
    <w:abstractNumId w:val="4"/>
  </w:num>
  <w:num w:numId="5" w16cid:durableId="1432824339">
    <w:abstractNumId w:val="7"/>
  </w:num>
  <w:num w:numId="6" w16cid:durableId="503664549">
    <w:abstractNumId w:val="3"/>
  </w:num>
  <w:num w:numId="7" w16cid:durableId="217979291">
    <w:abstractNumId w:val="2"/>
  </w:num>
  <w:num w:numId="8" w16cid:durableId="846208291">
    <w:abstractNumId w:val="1"/>
  </w:num>
  <w:num w:numId="9" w16cid:durableId="53504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27C"/>
    <w:rsid w:val="0015074B"/>
    <w:rsid w:val="002853A8"/>
    <w:rsid w:val="0029639D"/>
    <w:rsid w:val="002E7944"/>
    <w:rsid w:val="002F7D28"/>
    <w:rsid w:val="00326F90"/>
    <w:rsid w:val="00551A95"/>
    <w:rsid w:val="00581A2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8D3A4"/>
  <w14:defaultImageDpi w14:val="300"/>
  <w15:docId w15:val="{6C8BFF87-B09D-44C3-80A1-67285A86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eastAsia="Calibri" w:hAnsi="Calibri"/>
      <w:color w:val="172033"/>
      <w:sz w:val="21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1466</Characters>
  <Application>Microsoft Office Word</Application>
  <DocSecurity>0</DocSecurity>
  <Lines>112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Javorčík</dc:creator>
  <cp:keywords/>
  <cp:lastModifiedBy>Servis runar sro</cp:lastModifiedBy>
  <cp:revision>3</cp:revision>
  <dcterms:created xsi:type="dcterms:W3CDTF">2013-12-23T23:15:00Z</dcterms:created>
  <dcterms:modified xsi:type="dcterms:W3CDTF">2026-07-31T12:30:00Z</dcterms:modified>
  <cp:category/>
</cp:coreProperties>
</file>